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 חוברות הבנת הנקרא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חוברות התרגול להבנת הנקרא בכיתה ט׳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חיזוי תוכן של טקסט לפי כותרתו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נוסחי הטקסט השונים (רגיל, חנ"מ, עולים)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עובדות על החוברות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PDF ו-Word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מפתח תשובות ומחוון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נוסח 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כותרת בשם 'האם המכונות החכמות ייקחו לנו את העבודה?'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חוברת 2 עוסקת בטקסטים 11 עד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בכל חוברת יש שלושה נוסחים: רגיל, חנ"מ ועולים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כותרת 'כדור הארץ מתחמם – ומה אנחנו יכולים לעשות?'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בתיאור החוברות - סימניות לקיצור חיפוש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כותרת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(סיפור אישי במקום מוכר)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(איכות הסביבה)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(אוריינות מידע ותקשורת)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(אמנות ומוזיקה)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(מעורבות חברתית)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של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הנוסח המתאים לכיתה (רגיל, חנ"מ או 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הורדת הקובץ המתאים ב-PDF או ב-Word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קריאת מפתח התשובות והמחוון במהדורה למורה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הדפסת הטקסט וחלוקתו לתלמידים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הכותרת 'הכינור בארון' מרמזת על טקסט שעוסק בחלום שנגנז או בכישרון ששכחו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נוסח רגיל מתאים לרוב התלמידים, נוסח חנ"מ מותאם בשפה פשוטה יותר, ונוסח עולים כולל הסברי מילים לתלמידים חדשים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 טקסטים, 3 נוסחים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המבוססת על מילות הכותרת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נוסח עולים כולל הסברים והתאמות לתלמידים חדשים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רשימת הכותרות ולבקש לנחש את הנושא לפני קריאת הטקסט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מראש את ההבדל בין שלושת הנוסחים לפני חלוקת החוברות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בתרגיל ההתאמה ככלי פתיחה לשיעור על סוגי טקסטים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 חוברות הבנת הנקרא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שלוש חוברות לתרגול קריאה. בכל חוברת עשרה טקסטים. נלמד על החוברות ועל שמות הטקסטים שבהן.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דפים עם טקסטים לתרגול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נוסח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של אותו טקסט, קלה יותר או קשה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נוסח מותאם לחינוך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נוסח מותאם לתלמידים חדשים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מפתח תשובות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תשובות נכונות למורה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שעוזרת לבדוק עבודה לפי קריטריונים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הטקסט שמרמז על תוכנו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הבנת תוכן של טקסט כתוב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עובדות על החוברות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טקסטים יש בחוברת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לכמה גרסאות יש כל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באילו צורות אפשר לקבל את החוברת?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PDF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Word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PDF ו-Word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בהתחלה של החוברת בשביל המורה?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מפתח תשובות ומחוון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תמונות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זמנים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נוסח מתאים לתלמיד שרק למד 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נוסח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נוסח חנ"מ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נוסח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נוסח מתקדם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בחוברת 1 יש טקסט על מכונות חכמות ועבודה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חוברת 2 עוסקת בטקסטים 1 עד 10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חוברת יש נוסח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חוברת 3 כוללת טקסט על התחממות כדור 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הסימניות ב-PDF מיועדות להקל על ניווט בחוברת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כותרת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המדרגות של הקומה השלישית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מעורבות חברתית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כדור הארץ מתחמם – ומה אנחנו יכולים לעשות?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אישי במקום מוכר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בלשי האמת: איך מזהים ידיעת כזב?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איכות הסביבה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הכינור בארון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אוריינות מידע ותקשורת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מהפסקה לפרויקט: נוער שמשנה את השכונה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אמנות ומוזיקה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האם המכונות החכמות ייקחו לנו את ה__________?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לבחור מגמה – לא לבחור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איפה נגמר ה__________ להגיד הכול?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קיר אפור או קיר __________?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של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מפתח התשובות והמחוון במהדורה למורה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הדפסת הטקסט וחלוקתו לתלמידים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הנוסח המתאים לכיתה (רגיל, חנ"מ או עולים)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הורדת הקובץ המתאים ב-PDF או ב-Word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כותרת אחת מהרשימה וכתבו במשפט אחד על מה לדעתכם מדבר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נוסח רגיל, נוסח חנ"מ ונוסח עולים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טקסטים יש בכל חוברת ולכמה נוסחים הם מחולקים?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כותרת אחת וכתבו במה היא עוסקת לדעתכם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נוסח רגיל לנוסח 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שלוש חוברות הבנת הנקרא לכיתה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