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חוברות הבנת הנקרא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חוברות התרגול להבנת הנקרא בכיתה ט׳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חיזוי תוכן של טקסט לפי כותרתו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נוסחי הטקסט השונים (רגיל, חנ"מ, 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החוברות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PDF ו-Word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כותרת בשם 'האם המכונות החכמות ייקחו לנו את העבודה?'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חוברת 2 עוסקת בטקסטים 11 עד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כותרת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(סיפור אישי במקום 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(איכות הסביבה)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(אמנות ומוזיקה)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הנוסח המתאים לכיתה (רגיל, חנ"מ או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הורדת הקובץ המתאים ב-PDF או ב-Word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הדפסת הטקסט וחלוקתו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הכותרת 'הכינור בארון' מרמזת על טקסט שעוסק בחלום שנגנז או בכישרון ששכחו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 טקסטים, 3 נוסחים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המבוססת על מילות הכותרת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נוסח עולים כולל הסברים והתאמות לתלמידים חדשים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רשימת הכותרות ולבקש לנחש את הנושא לפני קריאת 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מראש את ההבדל בין שלושת הנוסחים לפני חלוקת החוברות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בתרגיל ההתאמה ככלי פתיחה לשיעור על סוגי טקסטים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 חוברות הבנת הנקרא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הזה מוצגות שלוש חוברות הבנת הנקרא לכיתה ט׳, ובכל אחת עשרה טקסטים בנושאים מגוונים. נתרגל להכיר את מבנה החוברות ואת הכותרות שבהן.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חופש  ·  עבודה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עובדות על החוברות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טקסטים כוללת כל חוברת?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נוסחים (גרסאות) יש לכל טקסט בחוברת?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באילו פורמטים אפשר להוריד את החוברות?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PDF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PDF ו-Word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בחוברת 1 יש טקסט על מכונות חכמות ועבודה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חוברת 2 עוסקת בטקסטים 1 עד 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כותרת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המדרגות של הקומה השלישית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איכות הסביבה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כדור הארץ מתחמם – ומה אנחנו יכולים לעשות?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אמנות ומוזיקה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הכינור בארון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סיפור אישי במקום מוכר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האם המכונות החכמות ייקחו לנו את ה__________?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איפה נגמר ה__________ להגיד הכול?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של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הדפסת הטקסט וחלוקתו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הנוסח המתאים לכיתה (רגיל, חנ"מ או עולים)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הורדת הקובץ המתאים ב-PDF או ב-Word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כותרת אחת מהרשימה וכתבו במשפט אחד על מה לדעתכם מדבר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טקסטים יש בכל חוברת ולכמה נוסחים הם מחולקים?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כותרת אחת וכתבו במה היא עוסקת לדעתכם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 חוברות הבנת הנקרא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